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אפליקציה מהספסל האחורי</w:t>
      </w:r>
    </w:p>
    <w:p>
      <w:pPr>
        <w:bidi w:val="1"/>
        <w:spacing w:after="40" w:before="0"/>
      </w:pPr>
      <w:r>
        <w:rPr>
          <w:rFonts w:ascii="Arial" w:hAnsi="Arial" w:cs="Arial"/>
          <w:b w:val="0"/>
          <w:color w:val="5D5675"/>
          <w:sz w:val="23"/>
          <w:rtl w:val="1"/>
          <w:szCs w:val="23"/>
        </w:rPr>
        <w:t>כיתה ח׳ · כתבה · 341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אפליקציה מהספסל האחורי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הייתה הבעיה בכיתה ח׳3? ✔ ב. הודעות על שינויים הלכו לאיבוד בין כמה קבוצות</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עשו התלמידים בשלב הראשון? ✔ א. ראיינו תלמידים, מורים והורים</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שהיישומון יכיל רק את המידע החשוב, בלי צ'אט, תמונות ובדיחות שמסיחים את הדעת ו"קוברים" את ההודעות – כלומר "משעמם" כאן זה ברור ופשוט.</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יישומון מצליח רק אם הוא עונה על צורך אמיתי. הצוות התחיל מבעיה שחוו בעצמם, ראיין אנשים לפני שכתב קוד, ותיקן לפי ההערות של המשתמשים.</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"הקוד הוא החלק הקל"; הראיונות לפני הקוד; התלמידים למדו תכנות בחוג).</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30: אפליקציה מהספסל האחורי</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אנחנו משתמשים כל יום ביישומונים, אבל מעטים חושבים איך הם נוצרים ומי בונה אותם. בכתבה שלפניכם בני נוער מספרים איך בנו יישומון משלהם. קראו, ושימו לב לשלבים בדרך ולקשיים שהיו בה.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אפליקציה מהספסל האחורי</w:t>
            </w:r>
          </w:p>
          <w:p>
            <w:pPr>
              <w:bidi w:val="1"/>
            </w:pPr>
            <w:r>
              <w:rPr>
                <w:rFonts w:ascii="Arial" w:hAnsi="Arial" w:cs="Arial"/>
                <w:b/>
                <w:color w:val="5D5675"/>
                <w:sz w:val="26"/>
                <w:rtl w:val="1"/>
                <w:szCs w:val="26"/>
                <w:bCs/>
              </w:rPr>
              <w:t>שלושה תלמידי ח׳ זיהו בעיה בבית הספר שלהם, ובנו יישומון קטן כדי לפתור אותה. בדרך הם למדו שהקוד הוא החלק הקל.</w:t>
            </w:r>
          </w:p>
          <w:p>
            <w:pPr>
              <w:bidi w:val="1"/>
            </w:pPr>
            <w:r>
              <w:rPr>
                <w:rFonts w:ascii="Arial" w:hAnsi="Arial" w:cs="Arial"/>
                <w:b/>
                <w:color w:val="7A5BD6"/>
                <w:sz w:val="26"/>
                <w:rtl w:val="1"/>
                <w:szCs w:val="26"/>
                <w:bCs/>
              </w:rPr>
              <w:t xml:space="preserve">א.  </w:t>
            </w:r>
            <w:r>
              <w:rPr>
                <w:rFonts w:ascii="Arial" w:hAnsi="Arial" w:cs="Arial"/>
                <w:b w:val="0"/>
                <w:sz w:val="26"/>
                <w:rtl w:val="1"/>
                <w:szCs w:val="26"/>
              </w:rPr>
              <w:t>הכול התחיל בכיתה מבולגנת. בכל בוקר, כשהגיעו לבית הספר, לא ידעו תלמידי ח׳3 אם השיעור הראשון התבטל, אם החדר הוחלף או אם צריך להביא מחשבון. ההודעות נשלחו בכמה קבוצות שונות, נקברו בין תמונות ובדיחות, ותמיד היה מישהו שפספס. "יום אחד שלושה מאיתנו הגיעו עם בגדי ספורט לשיעור שהוחלף למבחן," צוחק עומרי. "אז החלטנו שמספיק."</w:t>
            </w:r>
          </w:p>
          <w:p>
            <w:pPr>
              <w:bidi w:val="1"/>
            </w:pPr>
            <w:r>
              <w:rPr>
                <w:rFonts w:ascii="Arial" w:hAnsi="Arial" w:cs="Arial"/>
                <w:b/>
                <w:color w:val="7A5BD6"/>
                <w:sz w:val="26"/>
                <w:rtl w:val="1"/>
                <w:szCs w:val="26"/>
                <w:bCs/>
              </w:rPr>
              <w:t xml:space="preserve">ב.  </w:t>
            </w:r>
            <w:r>
              <w:rPr>
                <w:rFonts w:ascii="Arial" w:hAnsi="Arial" w:cs="Arial"/>
                <w:b w:val="0"/>
                <w:sz w:val="26"/>
                <w:rtl w:val="1"/>
                <w:szCs w:val="26"/>
              </w:rPr>
              <w:t>עומרי, תמר ויואל, שלושה חברים שלמדו תכנות בחוג אחר הצהריים, החליטו לבנות יישומון פשוט: לוח אחד, שבו רק נציגי הכיתה יכולים לפרסם שינויים, וכל התלמידים מקבלים התראה. בלי צ'אט, בלי תמונות, בלי רעש. "המטרה הייתה שיהיה משעמם," אומרת תמר. "שיהיה בו רק מה שחשוב."</w:t>
            </w:r>
          </w:p>
          <w:p>
            <w:pPr>
              <w:bidi w:val="1"/>
            </w:pPr>
            <w:r>
              <w:rPr>
                <w:rFonts w:ascii="Arial" w:hAnsi="Arial" w:cs="Arial"/>
                <w:b/>
                <w:color w:val="7A5BD6"/>
                <w:sz w:val="26"/>
                <w:rtl w:val="1"/>
                <w:szCs w:val="26"/>
                <w:bCs/>
              </w:rPr>
              <w:t xml:space="preserve">ג.  </w:t>
            </w:r>
            <w:r>
              <w:rPr>
                <w:rFonts w:ascii="Arial" w:hAnsi="Arial" w:cs="Arial"/>
                <w:b w:val="0"/>
                <w:sz w:val="26"/>
                <w:rtl w:val="1"/>
                <w:szCs w:val="26"/>
              </w:rPr>
              <w:t>השלב הראשון לא היה בכלל מול המחשב. במשך שבוע הם ראיינו חברים לכיתה, מורים ואפילו הורים, ושאלו מה הכי מעצבן אותם בהודעות. "גילינו דברים שלא חשבנו עליהם," מספר יואל. "מורה אחת ביקשה שיהיה אפשר לכתוב שינוי מראש, לשבוע הבא. ותלמיד אחד, שקשה לו לקרוא, ביקש שההודעות יהיו קצרות מאוד, עם סמלים."</w:t>
            </w:r>
          </w:p>
          <w:p>
            <w:pPr>
              <w:bidi w:val="1"/>
            </w:pPr>
            <w:r>
              <w:rPr>
                <w:rFonts w:ascii="Arial" w:hAnsi="Arial" w:cs="Arial"/>
                <w:b/>
                <w:color w:val="7A5BD6"/>
                <w:sz w:val="26"/>
                <w:rtl w:val="1"/>
                <w:szCs w:val="26"/>
                <w:bCs/>
              </w:rPr>
              <w:t xml:space="preserve">ו.  </w:t>
            </w:r>
            <w:r>
              <w:rPr>
                <w:rFonts w:ascii="Arial" w:hAnsi="Arial" w:cs="Arial"/>
                <w:b w:val="0"/>
                <w:sz w:val="26"/>
                <w:rtl w:val="1"/>
                <w:szCs w:val="26"/>
              </w:rPr>
              <w:t>מומחה לפיתוח מוצרים, שהוזמן לשוחח עם הצוות, אמר להם דבר שהפתיע אותם: "רוב היישומונים בעולם לא נכשלים בגלל קוד רע. הם נכשלים כי הם פותרים בעיה שאין לאף אחד." לדבריו, הסוד של היישומון שלהם הוא שהוא התחיל מבעיה אמיתית, ומהקשבה לאנשים.</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יישומון     התראה     לקרוס     באג     עלה לאוויר     מוצר</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הייתה הבעיה בכיתה ח׳3?</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לא היו מחשבים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הודעות על שינויים הלכו לאיבוד בין כמה קבוצות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המורים לא הגיעו</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עשו התלמידים בשלב הראשון?</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ראיינו תלמידים, מורים והורים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קנו מחשב חדש</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ביקשו כסף</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מתכוונת תמר במשפט "המטרה הייתה שיהיה משעמם"?</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תמר מתכוונת שהיישומון יהיה… 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הסבירו את דברי המומחה: "רוב היישומונים נכשלים כי הם פותרים בעיה שאין לאף אחד". איך הצוות נמנע מהטעות הזאת?</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הצוות נמנע מהטעות כי… 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שכל תלמיד ותלמידה בחטיבת הביניים צריכים ללמוד תכנות כמקצוע חובה, כי זו שפת העתיד. אחרים טוענים שעדיף שתכנות יהיה בחירה, ושבית הספר צריך ללמד קודם כול חשיבה, הקשבה ועבודת צוות – כמו בסיפור של היישומון.</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30 · אפליקציה מהספסל האחורי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30 · אפליקציה מהספסל האחורי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