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אפליקציה מהספסל האחורי</w:t>
      </w:r>
    </w:p>
    <w:p>
      <w:pPr>
        <w:bidi w:val="1"/>
        <w:spacing w:after="40" w:before="0"/>
      </w:pPr>
      <w:r>
        <w:rPr>
          <w:rFonts w:ascii="Arial" w:hAnsi="Arial" w:cs="Arial"/>
          <w:b w:val="0"/>
          <w:color w:val="5D5675"/>
          <w:sz w:val="18"/>
          <w:rtl w:val="1"/>
          <w:szCs w:val="18"/>
        </w:rPr>
        <w:t>כיתה ח׳ · כתבה · 341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אפליקציה מהספסל האחורי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הייתה הבעיה בכיתה ח׳3? ✔ ב. הודעות על שינויים הלכו לאיבוד בין כמה קבוצות  |  תשובה מלאה: הודעות על שינויים (ביטול שיעור, החלפת חדר, ציוד) נשלחו בכמה קבוצות, נקברו בין תמונות ובדיחות, ותמיד מישהו פספס.</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עשו התלמידים בשלב הראשון? ✔ א. ראיינו תלמידים, מורים והורים  |  תשובה מלאה: במשך שבוע ראיינו חברים לכיתה, מורים והורים, ושאלו מה הכי מעצבן אותם בהודעות.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לכתוב כל באג על פתק, לבחור פתק אחד בכל פעם, ולא להמשיך לפני שהוא נפתר.  [מילים להדגשה: איזו שיטה]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שהיישומון יכיל רק את המידע החשוב, בלי צ'אט, תמונות ובדיחות שמסיחים את הדעת ו"קוברים" את ההודעות – כלומר "משעמם" כאן זה ברור ופשוט.  [מילים להדגשה: מה מתכוונת]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יישומון מצליח רק אם הוא עונה על צורך אמיתי. הצוות התחיל מבעיה שחוו בעצמם, ראיין אנשים לפני שכתב קוד, ותיקן לפי ההערות של המשתמשים.  [מילים להדגשה: הסבירו, איך נמנע]</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היא רומזת שהרעיון לא הגיע מאנשים "חשובים" או ממומחים, אלא מתלמידים רגילים בכיתה; היא נבחרה כדי להדגיש שכל אחד יכול ליזום ולפתור בעיה.  [מילים להדגשה: מה רומזת, מדוע נבחרה]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"הקוד הוא החלק הקל"; הראיונות לפני הקוד; התלמידים למדו תכנות בחוג).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30: אפליקציה מהספסל האחורי</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יישומון – תוכנה בטלפון או במחשב (אפליקציה) · התראה – הודעה קופצת שמזכירה משהו · לקרוס – להפסיק לעבוד פתאום · באג – תקלה בתוכנה · עלה לאוויר – התחיל לפעול ולשמש אנשים · מוצר – דבר שמפתחים כדי שאנשים ישתמשו בו</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אנחנו משתמשים כל יום ביישומונים, אבל מעטים חושבים איך הם נוצרים ומי בונה אותם. בכתבה שלפניכם בני נוער מספרים איך בנו יישומון משלהם. קראו, ושימו לב לשלבים בדרך ולקשיים שהיו בה.</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אפליקציה מהספסל האחורי</w:t>
            </w:r>
          </w:p>
          <w:p>
            <w:pPr>
              <w:bidi w:val="1"/>
            </w:pPr>
            <w:r>
              <w:rPr>
                <w:rFonts w:ascii="Arial" w:hAnsi="Arial" w:cs="Arial"/>
                <w:b/>
                <w:color w:val="5D5675"/>
                <w:sz w:val="20"/>
                <w:rtl w:val="1"/>
                <w:szCs w:val="20"/>
                <w:bCs/>
              </w:rPr>
              <w:t>שלושה תלמידי ח׳ זיהו בעיה בבית הספר שלהם, ובנו יישומון קטן כדי לפתור אותה. בדרך הם למדו שהקוד הוא החלק הקל.</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הכול התחיל בכיתה מבולגנת. בכל בוקר, כשהגיעו לבית הספר, לא ידעו תלמידי ח׳3 אם השיעור הראשון התבטל, אם החדר הוחלף או אם צריך להביא מחשבון. ההודעות נשלחו בכמה קבוצות שונות, נקברו בין תמונות ובדיחות, ותמיד היה מישהו שפספס. "יום אחד שלושה מאיתנו הגיעו עם בגדי ספורט לשיעור שהוחלף למבחן," צוחק עומרי. "אז החלטנו שמספיק."</w:t>
            </w:r>
          </w:p>
          <w:p>
            <w:pPr>
              <w:bidi w:val="1"/>
            </w:pPr>
            <w:r>
              <w:rPr>
                <w:rFonts w:ascii="Arial" w:hAnsi="Arial" w:cs="Arial"/>
                <w:b/>
                <w:color w:val="7A5BD6"/>
                <w:sz w:val="20"/>
                <w:rtl w:val="1"/>
                <w:szCs w:val="20"/>
                <w:bCs/>
              </w:rPr>
              <w:t xml:space="preserve">ב.  </w:t>
            </w:r>
            <w:r>
              <w:rPr>
                <w:rFonts w:ascii="Arial" w:hAnsi="Arial" w:cs="Arial"/>
                <w:b w:val="0"/>
                <w:sz w:val="20"/>
                <w:rtl w:val="1"/>
                <w:szCs w:val="20"/>
              </w:rPr>
              <w:t>עומרי, תמר ויואל, שלושה חברים שלמדו תכנות בחוג אחר הצהריים, החליטו לבנות יישומון פשוט: לוח אחד, שבו רק נציגי הכיתה יכולים לפרסם שינויים, וכל התלמידים מקבלים התראה. בלי צ'אט, בלי תמונות, בלי רעש. "המטרה הייתה שיהיה משעמם," אומרת תמר. "שיהיה בו רק מה שחשוב."</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השלב הראשון לא היה בכלל מול המחשב. במשך שבוע הם ראיינו חברים לכיתה, מורים ואפילו הורים, ושאלו מה הכי מעצבן אותם בהודעות. "גילינו דברים שלא חשבנו עליהם," מספר יואל. "מורה אחת ביקשה שיהיה אפשר לכתוב שינוי מראש, לשבוע הבא. ותלמיד אחד, שקשה לו לקרוא, ביקש שההודעות יהיו קצרות מאוד, עם סמלים."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אחר כך הגיע הקוד, ואיתו הבעיות. היישומון קרס בגרסה הראשונה בכל פעם ששני אנשים פרסמו בו זמנית. ההתראות הגיעו באיחור של שעה. "היו ימים שרציתי לזרוק את המחשב מהחלון," מודה עומרי. מדריך החוג לימד אותם שיטה: לכתוב כל באג על פתק, לבחור פתק אחד בכל פעם, ולא להמשיך הלאה לפני שהוא נפתר.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אחרי חודשיים של עבודה, היישומון עלה לאוויר בכיתה אחת, כ"ניסוי". בשבוע הראשון התברר שהעיצוב מבלבל – הכפתורים היו קטנים מדי, ורבים לא הבינו איפה לוחצים. השלושה תיקנו לפי ההערות. אחרי חודש ביקשו גם שתי כיתות נוספות להצטרף.</w:t>
            </w:r>
          </w:p>
          <w:p>
            <w:pPr>
              <w:bidi w:val="1"/>
            </w:pPr>
            <w:r>
              <w:rPr>
                <w:rFonts w:ascii="Arial" w:hAnsi="Arial" w:cs="Arial"/>
                <w:b/>
                <w:color w:val="7A5BD6"/>
                <w:sz w:val="20"/>
                <w:rtl w:val="1"/>
                <w:szCs w:val="20"/>
                <w:bCs/>
              </w:rPr>
              <w:t xml:space="preserve">ו.  </w:t>
            </w:r>
            <w:r>
              <w:rPr>
                <w:rFonts w:ascii="Arial" w:hAnsi="Arial" w:cs="Arial"/>
                <w:b w:val="0"/>
                <w:sz w:val="20"/>
                <w:rtl w:val="1"/>
                <w:szCs w:val="20"/>
              </w:rPr>
              <w:t>מומחה לפיתוח מוצרים, שהוזמן לשוחח עם הצוות, אמר להם דבר שהפתיע אותם: "רוב היישומונים בעולם לא נכשלים בגלל קוד רע. הם נכשלים כי הם פותרים בעיה שאין לאף אחד." לדבריו, הסוד של היישומון שלהם הוא שהוא התחיל מבעיה אמיתית, ומהקשבה לאנשים.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השלושה כבר מתכננים את הצעד הבא: גרסה לכל השכבה, ואפשרות לקרוא את ההודעות בקול. "אנחנו לא עושים את זה בשביל כסף או בשביל להיות מפורסמים," אומרת תמר. "אנחנו עושים את זה כדי שאף אחד לא יבוא שוב עם בגדי ספורט למבחן."</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הייתה הבעיה בכיתה ח׳3?</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לא היו מחשבים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הודעות על שינויים הלכו לאיבוד בין כמה קבוצות</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המורים לא הגיעו</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עשו התלמידים בשלב הראשון?</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ראיינו תלמידים, מורים והורים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קנו מחשב חדש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ביקשו כסף</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איזו שיטה לימד אותם מדריך החוג כדי להתמודד עם התקלות?</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מתכוונת תמר במשפט "המטרה הייתה שיהיה משעמם"?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תמר מתכוונת שהיישומון יהיה… 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דברי המומחה: "רוב היישומונים נכשלים כי הם פותרים בעיה שאין לאף אחד". איך הצוות נמנע מהטעות הזאת?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הצוות נמנע מהטעות כי… 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הכותרת היא "אפליקציה מהספסל האחורי". מה היא רומזת, ומדוע לדעתכם נבחרה?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שכל תלמיד ותלמידה בחטיבת הביניים צריכים ללמוד תכנות כמקצוע חובה, כי זו שפת העתיד. אחרים טוענים שעדיף שתכנות יהיה בחירה, ושבית הספר צריך ללמד קודם כול חשיבה, הקשבה ועבודת צוות – כמו בסיפור של היישומון.</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30 · אפליקציה מהספסל האחורי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30 · אפליקציה מהספסל האחורי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