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אפליקציה מהספסל האחורי</w:t>
      </w:r>
    </w:p>
    <w:p>
      <w:pPr>
        <w:bidi w:val="1"/>
        <w:spacing w:after="40" w:before="0"/>
      </w:pPr>
      <w:r>
        <w:rPr>
          <w:rFonts w:ascii="Arial" w:hAnsi="Arial" w:cs="Arial"/>
          <w:b w:val="0"/>
          <w:color w:val="5D5675"/>
          <w:sz w:val="18"/>
          <w:rtl w:val="1"/>
          <w:szCs w:val="18"/>
        </w:rPr>
        <w:t>כיתה ח׳ · כתבה · 341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אפליקציה מהספסל האחורי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הודעות על שינויים (ביטול שיעור, החלפת חדר, ציוד) נשלחו בכמה קבוצות, נקברו בין תמונות ובדיחות, ותמיד מישהו פספס.  [מילים להדגשה: מה הייתה הבעיה]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במשך שבוע ראיינו חברים לכיתה, מורים והורים, ושאלו מה הכי מעצבן אותם בהודעות.  [מילים להדגשה: מה עשו, בשלב הראשון]</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לכתוב כל באג על פתק, לבחור פתק אחד בכל פעם, ולא להמשיך לפני שהוא נפתר.  [מילים להדגשה: איזו שיטה]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שהיישומון יכיל רק את המידע החשוב, בלי צ'אט, תמונות ובדיחות שמסיחים את הדעת ו"קוברים" את ההודעות – כלומר "משעמם" כאן זה ברור ופשוט.  [מילים להדגשה: מה מתכוונת]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יישומון מצליח רק אם הוא עונה על צורך אמיתי. הצוות התחיל מבעיה שחוו בעצמם, ראיין אנשים לפני שכתב קוד, ותיקן לפי ההערות של המשתמשים.  [מילים להדגשה: הסבירו, איך נמנע]</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היא רומזת שהרעיון לא הגיע מאנשים "חשובים" או ממומחים, אלא מתלמידים רגילים בכיתה; היא נבחרה כדי להדגיש שכל אחד יכול ליזום ולפתור בעיה.  [מילים להדגשה: מה רומזת, מדוע נבחרה]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"הקוד הוא החלק הקל"; הראיונות לפני הקוד; התלמידים למדו תכנות בחוג).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30: אפליקציה מהספסל האחורי</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אנחנו משתמשים כל יום ביישומונים, אבל מעטים חושבים איך הם נוצרים ומי בונה אותם. בכתבה שלפניכם בני נוער מספרים איך בנו יישומון משלהם. קראו, ושימו לב לשלבים בדרך ולקשיים שהיו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אפליקציה מהספסל האחורי</w:t>
            </w:r>
          </w:p>
          <w:p>
            <w:pPr>
              <w:bidi w:val="1"/>
            </w:pPr>
            <w:r>
              <w:rPr>
                <w:rFonts w:ascii="Arial" w:hAnsi="Arial" w:cs="Arial"/>
                <w:b/>
                <w:color w:val="5D5675"/>
                <w:sz w:val="20"/>
                <w:rtl w:val="1"/>
                <w:szCs w:val="20"/>
                <w:bCs/>
              </w:rPr>
              <w:t>שלושה תלמידי ח׳ זיהו בעיה בבית הספר שלהם, ובנו יישומון קטן כדי לפתור אותה. בדרך הם למדו שהקוד הוא החלק הקל.</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הכול התחיל בכיתה מבולגנת. בכל בוקר, כשהגיעו לבית הספר, לא ידעו תלמידי ח׳3 אם השיעור הראשון התבטל, אם החדר הוחלף או אם צריך להביא מחשבון. ההודעות נשלחו בכמה קבוצות שונות, נקברו בין תמונות ובדיחות, ותמיד היה מישהו שפספס. "יום אחד שלושה מאיתנו הגיעו עם בגדי ספורט לשיעור שהוחלף למבחן," צוחק עומרי. "אז החלטנו שמספיק."</w:t>
            </w:r>
          </w:p>
          <w:p>
            <w:pPr>
              <w:bidi w:val="1"/>
            </w:pPr>
            <w:r>
              <w:rPr>
                <w:rFonts w:ascii="Arial" w:hAnsi="Arial" w:cs="Arial"/>
                <w:b/>
                <w:color w:val="7A5BD6"/>
                <w:sz w:val="20"/>
                <w:rtl w:val="1"/>
                <w:szCs w:val="20"/>
                <w:bCs/>
              </w:rPr>
              <w:t xml:space="preserve">ב.  </w:t>
            </w:r>
            <w:r>
              <w:rPr>
                <w:rFonts w:ascii="Arial" w:hAnsi="Arial" w:cs="Arial"/>
                <w:b w:val="0"/>
                <w:sz w:val="20"/>
                <w:rtl w:val="1"/>
                <w:szCs w:val="20"/>
              </w:rPr>
              <w:t>עומרי, תמר ויואל, שלושה חברים שלמדו תכנות בחוג אחר הצהריים, החליטו לבנות יישומון פשוט: לוח אחד, שבו רק נציגי הכיתה יכולים לפרסם שינויים, וכל התלמידים מקבלים התראה. בלי צ'אט, בלי תמונות, בלי רעש. "המטרה הייתה שיהיה משעמם," אומרת תמר. "שיהיה בו רק מה שחשוב."</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השלב הראשון לא היה בכלל מול המחשב. במשך שבוע הם ראיינו חברים לכיתה, מורים ואפילו הורים, ושאלו מה הכי מעצבן אותם בהודעות. "גילינו דברים שלא חשבנו עליהם," מספר יואל. "מורה אחת ביקשה שיהיה אפשר לכתוב שינוי מראש, לשבוע הבא. ותלמיד אחד, שקשה לו לקרוא, ביקש שההודעות יהיו קצרות מאוד, עם סמלים."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אחר כך הגיע הקוד, ואיתו הבעיות. היישומון קרס בגרסה הראשונה בכל פעם ששני אנשים פרסמו בו זמנית. ההתראות הגיעו באיחור של שעה. "היו ימים שרציתי לזרוק את המחשב מהחלון," מודה עומרי. מדריך החוג לימד אותם שיטה: לכתוב כל באג על פתק, לבחור פתק אחד בכל פעם, ולא להמשיך הלאה לפני שהוא נפתר.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אחרי חודשיים של עבודה, היישומון עלה לאוויר בכיתה אחת, כ"ניסוי". בשבוע הראשון התברר שהעיצוב מבלבל – הכפתורים היו קטנים מדי, ורבים לא הבינו איפה לוחצים. השלושה תיקנו לפי ההערות. אחרי חודש ביקשו גם שתי כיתות נוספות להצטרף.</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מומחה לפיתוח מוצרים, שהוזמן לשוחח עם הצוות, אמר להם דבר שהפתיע אותם: "רוב היישומונים בעולם לא נכשלים בגלל קוד רע. הם נכשלים כי הם פותרים בעיה שאין לאף אחד." לדבריו, הסוד של היישומון שלהם הוא שהוא התחיל מבעיה אמיתית, ומהקשבה לאנשים.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השלושה כבר מתכננים את הצעד הבא: גרסה לכל השכבה, ואפשרות לקרוא את ההודעות בקול. "אנחנו לא עושים את זה בשביל כסף או בשביל להיות מפורסמים," אומרת תמר. "אנחנו עושים את זה כדי שאף אחד לא יבוא שוב עם בגדי ספורט למבחן."</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הייתה הבעיה שבגללה החליטו התלמידים לבנות יישומון?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עשו השלושה בשלב הראשון, לפני שהתחילו לכתוב קוד?</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איזו שיטה לימד אותם מדריך החוג כדי להתמודד עם התקלות?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מתכוונת תמר במשפט "המטרה הייתה שיהיה משעמם"?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דברי המומחה: "רוב היישומונים נכשלים כי הם פותרים בעיה שאין לאף אחד". איך הצוות נמנע מהטעות הזאת?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הכותרת היא "אפליקציה מהספסל האחורי". מה היא רומזת, ומדוע לדעתכם נבחרה?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שכל תלמיד ותלמידה בחטיבת הביניים צריכים ללמוד תכנות כמקצוע חובה, כי זו שפת העתיד. אחרים טוענים שעדיף שתכנות יהיה בחירה, ושבית הספר צריך ללמד קודם כול חשיבה, הקשבה ועבודת צוות – כמו בסיפור של היישומון.</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30 · אפליקציה מהספסל האחורי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30 · אפליקציה מהספסל האחורי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